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OBRAZAC ZA ODUSTANAK OD UGOVORA</w:t>
      </w:r>
    </w:p>
    <w:p>
      <w:pPr>
        <w:jc w:val="center"/>
      </w:pPr>
      <w:r>
        <w:rPr>
          <w:i/>
          <w:sz w:val="20"/>
        </w:rPr>
        <w:t>za ugovor zaključen putem internet prodavnice</w:t>
      </w:r>
    </w:p>
    <w:p>
      <w:pPr>
        <w:spacing w:after="80"/>
      </w:pPr>
      <w:r>
        <w:rPr>
          <w:sz w:val="18"/>
        </w:rPr>
        <w:t>Obrazac popunite i pošaljite samo ako želite da odustanete od ugovora zaključenog putem internet prodavnice www.kale.co.rs.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vAlign w:val="center"/>
            <w:shd w:fill="F2F2F2"/>
          </w:tcPr>
          <w:p>
            <w:pPr>
              <w:spacing w:after="0"/>
            </w:pPr>
            <w:r>
              <w:rPr>
                <w:b/>
                <w:sz w:val="20"/>
              </w:rPr>
              <w:t>PODACI O PRODAVCU</w:t>
              <w:br/>
            </w:r>
            <w:r>
              <w:rPr>
                <w:sz w:val="18"/>
              </w:rPr>
              <w:t>ZTR „Kale“ Gordana Katić PR</w:t>
              <w:br/>
              <w:t>Glavna 101, 22400 Ruma</w:t>
              <w:br/>
              <w:t>PIB: 104755799 | Matični broj: 60473641</w:t>
              <w:br/>
              <w:t>Email: kalepcshop@gmail.com | Telefon: 062/544-054</w:t>
            </w:r>
          </w:p>
        </w:tc>
      </w:tr>
    </w:tbl>
    <w:p>
      <w:pPr>
        <w:spacing w:after="0"/>
      </w:pPr>
    </w:p>
    <w:p>
      <w:pPr>
        <w:spacing w:after="100"/>
      </w:pPr>
      <w:r>
        <w:rPr>
          <w:b/>
        </w:rPr>
        <w:t>Ovim obaveštavam prodavca da odustajem od ugovora o kupovini sledeće robe: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Naziv proizvoda: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Model proizvoda: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Broj porudžbine ili računa: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Datum poručivanja: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Datum prijema proizvoda: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spacing w:before="80" w:after="80"/>
      </w:pPr>
      <w:r>
        <w:rPr>
          <w:b/>
          <w:sz w:val="22"/>
        </w:rPr>
        <w:t>PODACI O POTROŠAČU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Ime i prezime: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Adresa: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Poštanski broj i mesto: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Telefon: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Email: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Broj dinarskog tekućeg računa: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520"/>
      </w:tblGrid>
      <w:tr>
        <w:tc>
          <w:tcPr>
            <w:tcW w:type="dxa" w:w="3402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b/>
                <w:sz w:val="18"/>
              </w:rPr>
              <w:t>Naziv banke:</w:t>
            </w:r>
          </w:p>
        </w:tc>
        <w:tc>
          <w:tcPr>
            <w:tcW w:type="dxa" w:w="6520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spacing w:before="80" w:after="40"/>
      </w:pPr>
      <w:r>
        <w:rPr>
          <w:b/>
          <w:sz w:val="18"/>
        </w:rPr>
        <w:t>Razlog odustanka (nije obavezno navesti):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rPr>
          <w:trHeight w:val="397"/>
        </w:trPr>
        <w:tc>
          <w:tcPr>
            <w:tcW w:type="dxa" w:w="10312"/>
          </w:tcPr>
          <w:p>
            <w:r>
              <w:t xml:space="preserve"> </w:t>
            </w:r>
          </w:p>
        </w:tc>
      </w:tr>
      <w:tr>
        <w:trPr>
          <w:trHeight w:val="397"/>
        </w:trPr>
        <w:tc>
          <w:tcPr>
            <w:tcW w:type="dxa" w:w="10312"/>
          </w:tcPr>
          <w:p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5156"/>
          </w:tcPr>
          <w:p>
            <w:pPr>
              <w:jc w:val="center"/>
            </w:pPr>
            <w:r>
              <w:rPr>
                <w:b/>
                <w:sz w:val="18"/>
              </w:rPr>
              <w:t>Datum podnošenja izjave:</w:t>
            </w:r>
          </w:p>
        </w:tc>
        <w:tc>
          <w:tcPr>
            <w:tcW w:type="dxa" w:w="5156"/>
          </w:tcPr>
          <w:p>
            <w:pPr>
              <w:jc w:val="center"/>
            </w:pPr>
            <w:r>
              <w:rPr>
                <w:b/>
                <w:sz w:val="18"/>
              </w:rPr>
              <w:t>Potpis potrošača:</w:t>
            </w:r>
          </w:p>
        </w:tc>
      </w:tr>
      <w:tr>
        <w:tc>
          <w:tcPr>
            <w:tcW w:type="dxa" w:w="515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</w:t>
            </w:r>
          </w:p>
        </w:tc>
        <w:tc>
          <w:tcPr>
            <w:tcW w:type="dxa" w:w="515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</w:t>
            </w:r>
          </w:p>
        </w:tc>
      </w:tr>
    </w:tbl>
    <w:p>
      <w:pPr>
        <w:spacing w:before="80" w:after="0"/>
      </w:pPr>
      <w:r>
        <w:rPr>
          <w:i/>
          <w:sz w:val="16"/>
        </w:rPr>
        <w:t>Napomena: Potpis je potreban samo ako se obrazac dostavlja u papirnom obliku. Obrazac možete poslati na kalepcshop@gmail.com ili poštom na adresu prodavca.</w:t>
      </w:r>
    </w:p>
    <w:sectPr w:rsidR="00FC693F" w:rsidRPr="0006063C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